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2F7D4F"/>
          <w:sz w:val="44"/>
        </w:rPr>
        <w:t>Jordan Taylor</w:t>
      </w:r>
    </w:p>
    <w:p>
      <w:pPr>
        <w:jc w:val="left"/>
      </w:pPr>
      <w:r>
        <w:t>Kansas City, MO  |  (555) 012-3456  |  jordan.taylor@email.com  |  linkedin.com/in/jordantaylor</w:t>
      </w:r>
    </w:p>
    <w:p>
      <w:r>
        <w:rPr>
          <w:b/>
          <w:color w:val="2F7D4F"/>
          <w:sz w:val="24"/>
        </w:rPr>
        <w:t>SUMMARY</w:t>
      </w:r>
    </w:p>
    <w:p>
      <w:r>
        <w:t>Organized, results-driven professional with 6+ years of experience improving processes, leading small teams and delivering projects on time and under budget.</w:t>
      </w:r>
    </w:p>
    <w:p>
      <w:r>
        <w:rPr>
          <w:b/>
          <w:color w:val="2F7D4F"/>
          <w:sz w:val="24"/>
        </w:rPr>
        <w:t>EDUCATION</w:t>
      </w:r>
    </w:p>
    <w:p>
      <w:r>
        <w:rPr>
          <w:b/>
        </w:rPr>
        <w:t>B.S. Business Administration</w:t>
      </w:r>
      <w:r>
        <w:tab/>
        <w:t>2019</w:t>
      </w:r>
    </w:p>
    <w:p>
      <w:r>
        <w:t>University of Missouri - Kansas City</w:t>
      </w:r>
    </w:p>
    <w:p>
      <w:r>
        <w:rPr>
          <w:b/>
          <w:color w:val="2F7D4F"/>
          <w:sz w:val="24"/>
        </w:rPr>
        <w:t>SKILLS</w:t>
      </w:r>
    </w:p>
    <w:p>
      <w:r>
        <w:t>Project management  |  Microsoft Excel  |  Scheduling  |  Customer service  |  Inventory systems  |  Team leadership</w:t>
      </w:r>
    </w:p>
    <w:p>
      <w:r>
        <w:rPr>
          <w:b/>
          <w:color w:val="2F7D4F"/>
          <w:sz w:val="24"/>
        </w:rPr>
        <w:t>EXPERIENCE</w:t>
      </w:r>
    </w:p>
    <w:p>
      <w:r>
        <w:rPr>
          <w:b/>
        </w:rPr>
        <w:t>Operations Coordinator</w:t>
      </w:r>
      <w:r>
        <w:tab/>
        <w:t>2022 - Present</w:t>
      </w:r>
    </w:p>
    <w:p>
      <w:r>
        <w:t>Midwest Supply Co., Kansas City, MO</w:t>
      </w:r>
    </w:p>
    <w:p>
      <w:pPr>
        <w:pStyle w:val="ListBullet"/>
      </w:pPr>
      <w:r>
        <w:t>Cut order processing time 30% by redesigning the intake workflow</w:t>
      </w:r>
    </w:p>
    <w:p>
      <w:pPr>
        <w:pStyle w:val="ListBullet"/>
      </w:pPr>
      <w:r>
        <w:t>Trained and supervised a team of 5 coordinators</w:t>
      </w:r>
    </w:p>
    <w:p>
      <w:pPr>
        <w:pStyle w:val="ListBullet"/>
      </w:pPr>
      <w:r>
        <w:t>Managed vendor relationships worth $2M per year</w:t>
      </w:r>
    </w:p>
    <w:p>
      <w:r>
        <w:rPr>
          <w:b/>
        </w:rPr>
        <w:t>Customer Service Lead</w:t>
      </w:r>
      <w:r>
        <w:tab/>
        <w:t>2019 - 2022</w:t>
      </w:r>
    </w:p>
    <w:p>
      <w:r>
        <w:t>Brightline Retail, Overland Park, KS</w:t>
      </w:r>
    </w:p>
    <w:p>
      <w:pPr>
        <w:pStyle w:val="ListBullet"/>
      </w:pPr>
      <w:r>
        <w:t>Resolved 60+ customer issues per day with a 96% satisfaction score</w:t>
      </w:r>
    </w:p>
    <w:p>
      <w:pPr>
        <w:pStyle w:val="ListBullet"/>
      </w:pPr>
      <w:r>
        <w:t>Built a training guide used by 3 store locations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/ Entry-Level Resume Template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