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[Your Name]</w:t>
      </w:r>
    </w:p>
    <w:p>
      <w:r>
        <w:t>[City, State]  |  [Phone]  |  [Email]</w:t>
      </w:r>
    </w:p>
    <w:p>
      <w:r>
        <w:t>[Date]</w:t>
      </w:r>
    </w:p>
    <w:p>
      <w:r>
        <w:t>Dear [Name],</w:t>
      </w:r>
    </w:p>
    <w:p>
      <w:r>
        <w:t>Please accept my resume for the [Job Title] opening. I have [X] years of [relevant experience] and recently [one strong result].</w:t>
      </w:r>
    </w:p>
    <w:p>
      <w:r>
        <w:t>I'd welcome a quick call to discuss the role. Thank you!</w:t>
      </w:r>
    </w:p>
    <w:p>
      <w:r>
        <w:t>[Your Name]  |  [Phone]  |  [Email]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/ Email Cover Letter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