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F3A5F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1F3A5F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1F3A5F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1F3A5F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1F3A5F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