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[Your Name]</w:t>
      </w:r>
    </w:p>
    <w:p>
      <w:r>
        <w:t>[City, State]  |  [Phone]  |  [Email]</w:t>
      </w:r>
    </w:p>
    <w:p>
      <w:r>
        <w:t>[Date]</w:t>
      </w:r>
    </w:p>
    <w:p>
      <w:r>
        <w:t>Hi [Hiring Manager Name],</w:t>
      </w:r>
    </w:p>
    <w:p>
      <w:r>
        <w:t>[Company]'s work on [project or value] is exactly why I'm applying for the [Job Title] role.</w:t>
      </w:r>
    </w:p>
    <w:p>
      <w:r>
        <w:t>Here's what I'd bring:</w:t>
      </w:r>
    </w:p>
    <w:p>
      <w:r>
        <w:t>- [Result 1, with a number]</w:t>
      </w:r>
    </w:p>
    <w:p>
      <w:r>
        <w:t>- [Result 2, with a number]</w:t>
      </w:r>
    </w:p>
    <w:p>
      <w:r>
        <w:t>- [Skill that matches the posting]</w:t>
      </w:r>
    </w:p>
    <w:p>
      <w:r>
        <w:t>I'd love to talk about how I can help your team hit [goal]. I'm available at [phone] or [email].</w:t>
      </w:r>
    </w:p>
    <w:p>
      <w:r>
        <w:t>Best,</w:t>
      </w:r>
    </w:p>
    <w:p>
      <w: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Cover Letter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