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[Your Name]</w:t>
      </w:r>
    </w:p>
    <w:p>
      <w:r>
        <w:t>[City, State]  |  [Phone]  |  [Email]</w:t>
      </w:r>
    </w:p>
    <w:p>
      <w:r>
        <w:t>[Date]</w:t>
      </w:r>
    </w:p>
    <w:p>
      <w:r>
        <w:t>Dear Hiring Manager,</w:t>
      </w:r>
    </w:p>
    <w:p>
      <w:r>
        <w:t>I am excited to apply for the [Job Title] position at [Company]. With [X] years of experience in [field], I have built a track record of [key achievement] and I would bring that same focus to your team.</w:t>
      </w:r>
    </w:p>
    <w:p>
      <w:r>
        <w:t>In my current role at [Current Company], I [specific accomplishment with a number]. I also [second accomplishment]. These experiences prepared me to [what the new job needs].</w:t>
      </w:r>
    </w:p>
    <w:p>
      <w:r>
        <w:t>I would welcome the chance to discuss how I can help [Company] [goal]. Thank you for your time and consideration.</w:t>
      </w:r>
    </w:p>
    <w:p>
      <w:r>
        <w:t>Sincerely,</w:t>
      </w:r>
    </w:p>
    <w:p>
      <w: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Cover Letter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